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558" w:rsidRPr="00AA56E8" w:rsidRDefault="00AA56E8" w:rsidP="00EF4773">
      <w:pPr>
        <w:pStyle w:val="Title"/>
        <w:jc w:val="center"/>
        <w:rPr>
          <w:b/>
          <w:bCs/>
          <w:sz w:val="48"/>
          <w:szCs w:val="48"/>
        </w:rPr>
      </w:pPr>
      <w:r w:rsidRPr="00AA56E8">
        <w:rPr>
          <w:b/>
          <w:bCs/>
          <w:sz w:val="48"/>
          <w:szCs w:val="48"/>
        </w:rPr>
        <w:t>Resume</w:t>
      </w:r>
    </w:p>
    <w:p w:rsidR="00EF4773" w:rsidRPr="00EF4773" w:rsidRDefault="00EF4773" w:rsidP="00EF4773">
      <w:pPr>
        <w:pStyle w:val="NoSpacing"/>
        <w:rPr>
          <w:b/>
          <w:bCs/>
        </w:rPr>
      </w:pPr>
      <w:r w:rsidRPr="00EF4773">
        <w:rPr>
          <w:b/>
          <w:bCs/>
        </w:rPr>
        <w:t>SHISHU PAL</w:t>
      </w:r>
    </w:p>
    <w:p w:rsidR="008E6558" w:rsidRDefault="00EF4773" w:rsidP="00EF4773">
      <w:pPr>
        <w:pStyle w:val="NoSpacing"/>
      </w:pPr>
      <w:r w:rsidRPr="00EF4773">
        <w:rPr>
          <w:rFonts w:ascii="Segoe UI Symbol" w:hAnsi="Segoe UI Symbol" w:cs="Segoe UI Symbol"/>
        </w:rPr>
        <w:t>📞</w:t>
      </w:r>
      <w:r w:rsidR="007E2AEE">
        <w:t>Phone: +91-7011170691</w:t>
      </w:r>
      <w:r w:rsidR="00AA56E8">
        <w:t xml:space="preserve"> | </w:t>
      </w:r>
      <w:r w:rsidR="00AA56E8">
        <w:rPr>
          <w:rFonts w:ascii="Segoe UI Symbol" w:hAnsi="Segoe UI Symbol" w:cs="Segoe UI Symbol"/>
        </w:rPr>
        <w:t>✉</w:t>
      </w:r>
      <w:r>
        <w:t xml:space="preserve"> </w:t>
      </w:r>
      <w:r w:rsidR="00AA56E8">
        <w:t xml:space="preserve"> Email: </w:t>
      </w:r>
      <w:r w:rsidR="007E2AEE">
        <w:t>sisu70111@gmail.</w:t>
      </w:r>
      <w:r w:rsidR="00AA56E8">
        <w:t xml:space="preserve">com | </w:t>
      </w:r>
      <w:r>
        <w:t xml:space="preserve">  </w:t>
      </w:r>
      <w:r w:rsidRPr="00EF4773">
        <w:rPr>
          <w:rFonts w:ascii="Segoe UI Symbol" w:hAnsi="Segoe UI Symbol" w:cs="Segoe UI Symbol"/>
        </w:rPr>
        <w:t>📍</w:t>
      </w:r>
      <w:r w:rsidR="007E2AEE">
        <w:t xml:space="preserve"> Location: </w:t>
      </w:r>
      <w:proofErr w:type="spellStart"/>
      <w:r w:rsidR="009C7DBB">
        <w:t>Vill</w:t>
      </w:r>
      <w:proofErr w:type="spellEnd"/>
      <w:r w:rsidR="009C7DBB">
        <w:t xml:space="preserve">- </w:t>
      </w:r>
      <w:bookmarkStart w:id="0" w:name="_GoBack"/>
      <w:proofErr w:type="spellStart"/>
      <w:r w:rsidR="009C7DBB">
        <w:t>Sumeripatti</w:t>
      </w:r>
      <w:proofErr w:type="spellEnd"/>
      <w:r w:rsidR="009C7DBB">
        <w:t xml:space="preserve">, PO- </w:t>
      </w:r>
      <w:proofErr w:type="spellStart"/>
      <w:r w:rsidR="009C7DBB">
        <w:t>Barkundi</w:t>
      </w:r>
      <w:proofErr w:type="spellEnd"/>
      <w:r w:rsidR="009C7DBB">
        <w:t xml:space="preserve">, PS- </w:t>
      </w:r>
      <w:proofErr w:type="spellStart"/>
      <w:r w:rsidR="007E2AEE">
        <w:t>Saraiyahat</w:t>
      </w:r>
      <w:proofErr w:type="spellEnd"/>
      <w:r w:rsidR="007E2AEE">
        <w:t>,</w:t>
      </w:r>
      <w:r w:rsidR="009C7DBB">
        <w:t xml:space="preserve"> District- </w:t>
      </w:r>
      <w:proofErr w:type="spellStart"/>
      <w:r w:rsidR="007E2AEE">
        <w:t>Dumka</w:t>
      </w:r>
      <w:proofErr w:type="spellEnd"/>
      <w:r w:rsidR="007E2AEE">
        <w:t>, Jharkhand, 814151</w:t>
      </w:r>
    </w:p>
    <w:bookmarkEnd w:id="0"/>
    <w:p w:rsidR="008E6558" w:rsidRPr="00926990" w:rsidRDefault="00EF4773">
      <w:pPr>
        <w:pStyle w:val="Heading1"/>
        <w:rPr>
          <w:sz w:val="24"/>
          <w:szCs w:val="24"/>
        </w:rPr>
      </w:pPr>
      <w:r>
        <w:rPr>
          <w:sz w:val="24"/>
          <w:szCs w:val="24"/>
        </w:rPr>
        <w:t xml:space="preserve">Carrier </w:t>
      </w:r>
      <w:proofErr w:type="gramStart"/>
      <w:r>
        <w:rPr>
          <w:sz w:val="24"/>
          <w:szCs w:val="24"/>
        </w:rPr>
        <w:t>objective :</w:t>
      </w:r>
      <w:proofErr w:type="gramEnd"/>
    </w:p>
    <w:p w:rsidR="007E2AEE" w:rsidRPr="007E2AEE" w:rsidRDefault="007E2AEE" w:rsidP="007E2AEE">
      <w:r w:rsidRPr="007E2AEE">
        <w:t>To work in a dynamic environment that provides me a wide spectrum of experience and exposure. To face challenging situations, work hard, implementing own professional experience in organizational development and growth.</w:t>
      </w:r>
    </w:p>
    <w:p w:rsidR="008E6558" w:rsidRPr="00926990" w:rsidRDefault="00AA56E8">
      <w:pPr>
        <w:pStyle w:val="Heading1"/>
        <w:rPr>
          <w:sz w:val="24"/>
          <w:szCs w:val="24"/>
        </w:rPr>
      </w:pPr>
      <w:proofErr w:type="gramStart"/>
      <w:r w:rsidRPr="00926990">
        <w:rPr>
          <w:sz w:val="24"/>
          <w:szCs w:val="24"/>
        </w:rPr>
        <w:t>Education</w:t>
      </w:r>
      <w:r w:rsidR="00EF4773">
        <w:rPr>
          <w:sz w:val="24"/>
          <w:szCs w:val="24"/>
        </w:rPr>
        <w:t xml:space="preserve"> :</w:t>
      </w:r>
      <w:proofErr w:type="gramEnd"/>
    </w:p>
    <w:p w:rsidR="00CD7E05" w:rsidRDefault="00CD7E05" w:rsidP="00CD7E05">
      <w:r>
        <w:rPr>
          <w:rFonts w:ascii="Segoe UI Symbol" w:hAnsi="Segoe UI Symbol" w:cs="Segoe UI Symbol"/>
        </w:rPr>
        <w:t>➤</w:t>
      </w:r>
      <w:r>
        <w:t xml:space="preserve"> 10th pass from C.B.S.E Board</w:t>
      </w:r>
      <w:r>
        <w:t xml:space="preserve"> in 2012</w:t>
      </w:r>
    </w:p>
    <w:p w:rsidR="00CD7E05" w:rsidRDefault="00CD7E05" w:rsidP="00CD7E05">
      <w:r>
        <w:rPr>
          <w:rFonts w:ascii="Segoe UI Symbol" w:hAnsi="Segoe UI Symbol" w:cs="Segoe UI Symbol"/>
        </w:rPr>
        <w:t>➤</w:t>
      </w:r>
      <w:r>
        <w:t xml:space="preserve"> 12th pass from C.B.S.E Board</w:t>
      </w:r>
      <w:r>
        <w:t xml:space="preserve"> in2014</w:t>
      </w:r>
    </w:p>
    <w:p w:rsidR="00CD7E05" w:rsidRPr="00CD7E05" w:rsidRDefault="00CD7E05" w:rsidP="00CD7E05">
      <w:r>
        <w:rPr>
          <w:rFonts w:ascii="Segoe UI Symbol" w:hAnsi="Segoe UI Symbol" w:cs="Segoe UI Symbol"/>
        </w:rPr>
        <w:t>➤</w:t>
      </w:r>
      <w:r>
        <w:rPr>
          <w:rFonts w:ascii="Segoe UI Symbol" w:hAnsi="Segoe UI Symbol" w:cs="Segoe UI Symbol"/>
        </w:rPr>
        <w:t xml:space="preserve"> </w:t>
      </w:r>
      <w:r>
        <w:t xml:space="preserve">Graduation from </w:t>
      </w:r>
      <w:proofErr w:type="spellStart"/>
      <w:r>
        <w:t>Tilka</w:t>
      </w:r>
      <w:proofErr w:type="spellEnd"/>
      <w:r>
        <w:t xml:space="preserve"> </w:t>
      </w:r>
      <w:proofErr w:type="spellStart"/>
      <w:r>
        <w:t>Manjhi</w:t>
      </w:r>
      <w:proofErr w:type="spellEnd"/>
      <w:r>
        <w:t xml:space="preserve"> Bhagalpur University in 2017</w:t>
      </w:r>
    </w:p>
    <w:p w:rsidR="008E6558" w:rsidRPr="00926990" w:rsidRDefault="00AA56E8">
      <w:pPr>
        <w:pStyle w:val="Heading1"/>
        <w:rPr>
          <w:sz w:val="24"/>
          <w:szCs w:val="24"/>
        </w:rPr>
      </w:pPr>
      <w:r w:rsidRPr="00926990">
        <w:rPr>
          <w:sz w:val="24"/>
          <w:szCs w:val="24"/>
        </w:rPr>
        <w:t xml:space="preserve">Work </w:t>
      </w:r>
      <w:proofErr w:type="gramStart"/>
      <w:r w:rsidRPr="00926990">
        <w:rPr>
          <w:sz w:val="24"/>
          <w:szCs w:val="24"/>
        </w:rPr>
        <w:t>Experience</w:t>
      </w:r>
      <w:r w:rsidR="00EF4773">
        <w:rPr>
          <w:sz w:val="24"/>
          <w:szCs w:val="24"/>
        </w:rPr>
        <w:t xml:space="preserve"> :</w:t>
      </w:r>
      <w:proofErr w:type="gramEnd"/>
    </w:p>
    <w:p w:rsidR="00CD7E05" w:rsidRDefault="00CD7E05" w:rsidP="00CD7E05">
      <w:r>
        <w:rPr>
          <w:rFonts w:ascii="Segoe UI Symbol" w:hAnsi="Segoe UI Symbol" w:cs="Segoe UI Symbol"/>
        </w:rPr>
        <w:t>➤</w:t>
      </w:r>
      <w:r>
        <w:t xml:space="preserve"> 8</w:t>
      </w:r>
      <w:r>
        <w:t xml:space="preserve"> Years working experience as a Delhi Civil </w:t>
      </w:r>
      <w:proofErr w:type="spellStart"/>
      <w:r>
        <w:t>Defence</w:t>
      </w:r>
      <w:proofErr w:type="spellEnd"/>
      <w:proofErr w:type="gramStart"/>
      <w:r w:rsidR="00EF4773">
        <w:t>,  (</w:t>
      </w:r>
      <w:proofErr w:type="gramEnd"/>
      <w:r w:rsidR="00EF4773">
        <w:t>Martial)</w:t>
      </w:r>
    </w:p>
    <w:p w:rsidR="00EF4773" w:rsidRDefault="00CD7E05" w:rsidP="00CD7E05">
      <w:r>
        <w:rPr>
          <w:rFonts w:ascii="Segoe UI Symbol" w:hAnsi="Segoe UI Symbol" w:cs="Segoe UI Symbol"/>
        </w:rPr>
        <w:t>➤</w:t>
      </w:r>
      <w:r>
        <w:t xml:space="preserve"> 5</w:t>
      </w:r>
      <w:r>
        <w:t xml:space="preserve"> Years</w:t>
      </w:r>
      <w:r>
        <w:t xml:space="preserve"> heavy</w:t>
      </w:r>
      <w:r>
        <w:t xml:space="preserve"> </w:t>
      </w:r>
      <w:r>
        <w:t xml:space="preserve">Driving </w:t>
      </w:r>
      <w:r w:rsidR="00EF4773">
        <w:t xml:space="preserve">experience,   </w:t>
      </w:r>
      <w:r w:rsidR="00EF4773">
        <w:rPr>
          <w:rFonts w:ascii="Segoe UI Symbol" w:hAnsi="Segoe UI Symbol" w:cs="Segoe UI Symbol"/>
        </w:rPr>
        <w:t>➤</w:t>
      </w:r>
      <w:r w:rsidR="00EF4773">
        <w:rPr>
          <w:rFonts w:ascii="Segoe UI Symbol" w:hAnsi="Segoe UI Symbol" w:cs="Segoe UI Symbol"/>
        </w:rPr>
        <w:t xml:space="preserve"> 3 Years N.C.C Trainer</w:t>
      </w:r>
    </w:p>
    <w:p w:rsidR="00CD7E05" w:rsidRPr="00926990" w:rsidRDefault="00AA56E8" w:rsidP="00CD7E05">
      <w:pPr>
        <w:pStyle w:val="Heading1"/>
        <w:rPr>
          <w:sz w:val="24"/>
          <w:szCs w:val="24"/>
        </w:rPr>
      </w:pPr>
      <w:r>
        <w:rPr>
          <w:sz w:val="24"/>
          <w:szCs w:val="24"/>
        </w:rPr>
        <w:t xml:space="preserve">Technical </w:t>
      </w:r>
      <w:proofErr w:type="gramStart"/>
      <w:r>
        <w:rPr>
          <w:sz w:val="24"/>
          <w:szCs w:val="24"/>
        </w:rPr>
        <w:t>Qualification</w:t>
      </w:r>
      <w:r w:rsidR="00926990" w:rsidRPr="00926990">
        <w:rPr>
          <w:sz w:val="24"/>
          <w:szCs w:val="24"/>
        </w:rPr>
        <w:t xml:space="preserve"> :</w:t>
      </w:r>
      <w:proofErr w:type="gramEnd"/>
    </w:p>
    <w:p w:rsidR="00926990" w:rsidRDefault="00CD7E05" w:rsidP="00926990">
      <w:r w:rsidRPr="00CD7E05">
        <w:rPr>
          <w:rFonts w:ascii="Segoe UI Symbol" w:hAnsi="Segoe UI Symbol" w:cs="Segoe UI Symbol"/>
        </w:rPr>
        <w:t>➤</w:t>
      </w:r>
      <w:r w:rsidRPr="00CD7E05">
        <w:t xml:space="preserve"> Basic Computer Knowledge</w:t>
      </w:r>
    </w:p>
    <w:p w:rsidR="008E6558" w:rsidRPr="00926990" w:rsidRDefault="00926990" w:rsidP="00926990">
      <w:pPr>
        <w:pStyle w:val="Heading1"/>
        <w:rPr>
          <w:sz w:val="24"/>
          <w:szCs w:val="24"/>
        </w:rPr>
      </w:pPr>
      <w:r w:rsidRPr="00926990">
        <w:rPr>
          <w:sz w:val="24"/>
          <w:szCs w:val="24"/>
        </w:rPr>
        <w:t xml:space="preserve">Personal </w:t>
      </w:r>
      <w:proofErr w:type="gramStart"/>
      <w:r w:rsidRPr="00926990">
        <w:rPr>
          <w:sz w:val="24"/>
          <w:szCs w:val="24"/>
        </w:rPr>
        <w:t>Profile :</w:t>
      </w:r>
      <w:proofErr w:type="gramEnd"/>
    </w:p>
    <w:p w:rsidR="00926990" w:rsidRPr="009C7DBB" w:rsidRDefault="00926990" w:rsidP="00926990">
      <w:pPr>
        <w:rPr>
          <w:b/>
          <w:bCs/>
        </w:rPr>
      </w:pPr>
      <w:r w:rsidRPr="009C7DBB">
        <w:rPr>
          <w:b/>
          <w:bCs/>
        </w:rPr>
        <w:t>Father's Name</w:t>
      </w:r>
      <w:r w:rsidRPr="009C7DBB">
        <w:rPr>
          <w:b/>
          <w:bCs/>
        </w:rPr>
        <w:t xml:space="preserve">   </w:t>
      </w:r>
      <w:r w:rsidR="009C7DBB">
        <w:rPr>
          <w:b/>
          <w:bCs/>
        </w:rPr>
        <w:t xml:space="preserve">    </w:t>
      </w:r>
      <w:r w:rsidRPr="009C7DBB">
        <w:rPr>
          <w:b/>
          <w:bCs/>
        </w:rPr>
        <w:t xml:space="preserve">     :         </w:t>
      </w:r>
      <w:r w:rsidRPr="009C7DBB">
        <w:rPr>
          <w:b/>
          <w:bCs/>
        </w:rPr>
        <w:t xml:space="preserve">Mr. </w:t>
      </w:r>
      <w:proofErr w:type="spellStart"/>
      <w:r w:rsidRPr="009C7DBB">
        <w:rPr>
          <w:b/>
          <w:bCs/>
        </w:rPr>
        <w:t>Surender</w:t>
      </w:r>
      <w:proofErr w:type="spellEnd"/>
      <w:r w:rsidRPr="009C7DBB">
        <w:rPr>
          <w:b/>
          <w:bCs/>
        </w:rPr>
        <w:t xml:space="preserve"> Das</w:t>
      </w:r>
      <w:r w:rsidRPr="009C7DBB">
        <w:rPr>
          <w:b/>
          <w:bCs/>
        </w:rPr>
        <w:t xml:space="preserve">                             </w:t>
      </w:r>
    </w:p>
    <w:p w:rsidR="009C7DBB" w:rsidRDefault="00926990" w:rsidP="00926990">
      <w:pPr>
        <w:rPr>
          <w:b/>
          <w:bCs/>
        </w:rPr>
      </w:pPr>
      <w:r w:rsidRPr="009C7DBB">
        <w:rPr>
          <w:b/>
          <w:bCs/>
        </w:rPr>
        <w:t>Date of birth</w:t>
      </w:r>
      <w:r w:rsidRPr="009C7DBB">
        <w:rPr>
          <w:b/>
          <w:bCs/>
        </w:rPr>
        <w:t xml:space="preserve">       </w:t>
      </w:r>
      <w:r w:rsidR="009C7DBB">
        <w:rPr>
          <w:b/>
          <w:bCs/>
        </w:rPr>
        <w:t xml:space="preserve">    </w:t>
      </w:r>
      <w:r w:rsidRPr="009C7DBB">
        <w:rPr>
          <w:b/>
          <w:bCs/>
        </w:rPr>
        <w:t xml:space="preserve">     :         </w:t>
      </w:r>
      <w:r w:rsidRPr="009C7DBB">
        <w:rPr>
          <w:b/>
          <w:bCs/>
        </w:rPr>
        <w:t>04/Apr/1994</w:t>
      </w:r>
      <w:r w:rsidRPr="009C7DBB">
        <w:rPr>
          <w:b/>
          <w:bCs/>
        </w:rPr>
        <w:t xml:space="preserve"> </w:t>
      </w:r>
    </w:p>
    <w:p w:rsidR="00926990" w:rsidRPr="009C7DBB" w:rsidRDefault="009C7DBB" w:rsidP="00926990">
      <w:pPr>
        <w:rPr>
          <w:b/>
          <w:bCs/>
        </w:rPr>
      </w:pPr>
      <w:r w:rsidRPr="009C7DBB">
        <w:rPr>
          <w:b/>
          <w:bCs/>
        </w:rPr>
        <w:t xml:space="preserve">Gender                </w:t>
      </w:r>
      <w:r>
        <w:rPr>
          <w:b/>
          <w:bCs/>
        </w:rPr>
        <w:t xml:space="preserve">     </w:t>
      </w:r>
      <w:r w:rsidRPr="009C7DBB">
        <w:rPr>
          <w:b/>
          <w:bCs/>
        </w:rPr>
        <w:t xml:space="preserve">      :           Male </w:t>
      </w:r>
      <w:r w:rsidR="00926990" w:rsidRPr="009C7DBB">
        <w:rPr>
          <w:b/>
          <w:bCs/>
        </w:rPr>
        <w:t xml:space="preserve">                                          </w:t>
      </w:r>
    </w:p>
    <w:p w:rsidR="00926990" w:rsidRPr="009C7DBB" w:rsidRDefault="00926990" w:rsidP="00926990">
      <w:pPr>
        <w:rPr>
          <w:b/>
          <w:bCs/>
        </w:rPr>
      </w:pPr>
      <w:r w:rsidRPr="009C7DBB">
        <w:rPr>
          <w:b/>
          <w:bCs/>
        </w:rPr>
        <w:t>Married Status</w:t>
      </w:r>
      <w:r w:rsidRPr="009C7DBB">
        <w:rPr>
          <w:b/>
          <w:bCs/>
        </w:rPr>
        <w:t xml:space="preserve">    </w:t>
      </w:r>
      <w:r w:rsidR="009C7DBB">
        <w:rPr>
          <w:b/>
          <w:bCs/>
        </w:rPr>
        <w:t xml:space="preserve">   </w:t>
      </w:r>
      <w:r w:rsidRPr="009C7DBB">
        <w:rPr>
          <w:b/>
          <w:bCs/>
        </w:rPr>
        <w:t xml:space="preserve">    :        </w:t>
      </w:r>
      <w:r w:rsidR="009C7DBB">
        <w:rPr>
          <w:b/>
          <w:bCs/>
        </w:rPr>
        <w:t xml:space="preserve">  </w:t>
      </w:r>
      <w:r w:rsidRPr="009C7DBB">
        <w:rPr>
          <w:b/>
          <w:bCs/>
        </w:rPr>
        <w:t xml:space="preserve"> </w:t>
      </w:r>
      <w:r w:rsidRPr="009C7DBB">
        <w:rPr>
          <w:b/>
          <w:bCs/>
        </w:rPr>
        <w:t>M</w:t>
      </w:r>
      <w:r w:rsidRPr="009C7DBB">
        <w:rPr>
          <w:b/>
          <w:bCs/>
        </w:rPr>
        <w:t>arried</w:t>
      </w:r>
      <w:r w:rsidRPr="009C7DBB">
        <w:rPr>
          <w:b/>
          <w:bCs/>
        </w:rPr>
        <w:t xml:space="preserve">                                                  </w:t>
      </w:r>
    </w:p>
    <w:p w:rsidR="00926990" w:rsidRPr="009C7DBB" w:rsidRDefault="00926990" w:rsidP="00926990">
      <w:pPr>
        <w:rPr>
          <w:b/>
          <w:bCs/>
        </w:rPr>
      </w:pPr>
      <w:r w:rsidRPr="009C7DBB">
        <w:rPr>
          <w:b/>
          <w:bCs/>
        </w:rPr>
        <w:t>Language</w:t>
      </w:r>
      <w:r w:rsidR="009C7DBB">
        <w:rPr>
          <w:b/>
          <w:bCs/>
        </w:rPr>
        <w:t xml:space="preserve"> </w:t>
      </w:r>
      <w:r w:rsidRPr="009C7DBB">
        <w:rPr>
          <w:b/>
          <w:bCs/>
        </w:rPr>
        <w:t xml:space="preserve">  </w:t>
      </w:r>
      <w:r w:rsidR="009C7DBB" w:rsidRPr="009C7DBB">
        <w:rPr>
          <w:b/>
          <w:bCs/>
        </w:rPr>
        <w:t xml:space="preserve">         </w:t>
      </w:r>
      <w:r w:rsidR="009C7DBB">
        <w:rPr>
          <w:b/>
          <w:bCs/>
        </w:rPr>
        <w:t xml:space="preserve">     </w:t>
      </w:r>
      <w:r w:rsidR="009C7DBB" w:rsidRPr="009C7DBB">
        <w:rPr>
          <w:b/>
          <w:bCs/>
        </w:rPr>
        <w:t xml:space="preserve">     </w:t>
      </w:r>
      <w:r w:rsidRPr="009C7DBB">
        <w:rPr>
          <w:b/>
          <w:bCs/>
        </w:rPr>
        <w:t>:</w:t>
      </w:r>
      <w:r w:rsidRPr="009C7DBB">
        <w:rPr>
          <w:b/>
          <w:bCs/>
        </w:rPr>
        <w:t xml:space="preserve"> </w:t>
      </w:r>
      <w:r w:rsidRPr="009C7DBB">
        <w:rPr>
          <w:b/>
          <w:bCs/>
        </w:rPr>
        <w:t xml:space="preserve">         </w:t>
      </w:r>
      <w:r w:rsidRPr="009C7DBB">
        <w:rPr>
          <w:b/>
          <w:bCs/>
        </w:rPr>
        <w:t xml:space="preserve"> Hindi, English</w:t>
      </w:r>
    </w:p>
    <w:p w:rsidR="00926990" w:rsidRPr="009C7DBB" w:rsidRDefault="00926990" w:rsidP="00926990">
      <w:pPr>
        <w:rPr>
          <w:b/>
          <w:bCs/>
        </w:rPr>
      </w:pPr>
      <w:r w:rsidRPr="009C7DBB">
        <w:rPr>
          <w:b/>
          <w:bCs/>
        </w:rPr>
        <w:t xml:space="preserve">Nationality         </w:t>
      </w:r>
      <w:r w:rsidR="009C7DBB">
        <w:rPr>
          <w:b/>
          <w:bCs/>
        </w:rPr>
        <w:t xml:space="preserve">     </w:t>
      </w:r>
      <w:r w:rsidRPr="009C7DBB">
        <w:rPr>
          <w:b/>
          <w:bCs/>
        </w:rPr>
        <w:t xml:space="preserve">     </w:t>
      </w:r>
      <w:r w:rsidR="009C7DBB" w:rsidRPr="009C7DBB">
        <w:rPr>
          <w:b/>
          <w:bCs/>
        </w:rPr>
        <w:t xml:space="preserve">:        </w:t>
      </w:r>
      <w:r w:rsidRPr="009C7DBB">
        <w:rPr>
          <w:b/>
          <w:bCs/>
        </w:rPr>
        <w:t xml:space="preserve">   Indian</w:t>
      </w:r>
    </w:p>
    <w:p w:rsidR="008E6558" w:rsidRPr="009C7DBB" w:rsidRDefault="00926990" w:rsidP="009C7DBB">
      <w:pPr>
        <w:pStyle w:val="NoSpacing"/>
      </w:pPr>
      <w:r w:rsidRPr="009C7DBB">
        <w:rPr>
          <w:rStyle w:val="Heading1Char"/>
        </w:rPr>
        <w:t xml:space="preserve">Hobbies </w:t>
      </w:r>
      <w:r w:rsidRPr="009C7DBB">
        <w:t xml:space="preserve"> </w:t>
      </w:r>
      <w:r w:rsidR="009C7DBB" w:rsidRPr="009C7DBB">
        <w:t xml:space="preserve">           </w:t>
      </w:r>
      <w:r w:rsidR="009C7DBB">
        <w:t xml:space="preserve">          </w:t>
      </w:r>
      <w:r w:rsidR="009C7DBB" w:rsidRPr="009C7DBB">
        <w:t>:</w:t>
      </w:r>
      <w:r w:rsidR="009C7DBB">
        <w:t xml:space="preserve">         </w:t>
      </w:r>
      <w:r w:rsidRPr="009C7DBB">
        <w:t xml:space="preserve"> Sports</w:t>
      </w:r>
      <w:r w:rsidR="009C7DBB">
        <w:t>,</w:t>
      </w:r>
    </w:p>
    <w:sectPr w:rsidR="008E6558" w:rsidRPr="009C7DB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E2AEE"/>
    <w:rsid w:val="008E6558"/>
    <w:rsid w:val="00926990"/>
    <w:rsid w:val="009C7DBB"/>
    <w:rsid w:val="00AA1D8D"/>
    <w:rsid w:val="00AA56E8"/>
    <w:rsid w:val="00B47730"/>
    <w:rsid w:val="00CB0664"/>
    <w:rsid w:val="00CD7E05"/>
    <w:rsid w:val="00EF477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33453146-BE08-45CC-8E9C-694E86C58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6808F0-1F95-4942-A197-8994F6DED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1256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win 10</cp:lastModifiedBy>
  <cp:revision>2</cp:revision>
  <dcterms:created xsi:type="dcterms:W3CDTF">2013-12-23T23:15:00Z</dcterms:created>
  <dcterms:modified xsi:type="dcterms:W3CDTF">2025-08-17T08:26:00Z</dcterms:modified>
  <cp:category/>
</cp:coreProperties>
</file>